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hd w:val="clear" w:fill="1b4a45"/>
        <w:spacing w:after="40" w:before="80"/>
      </w:pPr>
      <w:r>
        <w:rPr>
          <w:rFonts w:ascii="Georgia" w:hAnsi="Georgia"/>
          <w:b/>
          <w:color w:val="FDFAF4"/>
          <w:sz w:val="40"/>
        </w:rPr>
        <w:t>Uvodni vprašalnik za stranko</w:t>
      </w:r>
    </w:p>
    <w:p>
      <w:pPr>
        <w:shd w:val="clear" w:fill="1b4a45"/>
        <w:spacing w:after="120"/>
      </w:pPr>
      <w:r>
        <w:rPr>
          <w:b/>
          <w:color w:val="D79B6D"/>
          <w:sz w:val="16"/>
        </w:rPr>
        <w:t>DEJAN ZUPANC  ·  TERAPEVT NARAVNEGA ZDRAVLJENJA</w:t>
      </w:r>
    </w:p>
    <w:p>
      <w:pPr>
        <w:shd w:val="clear" w:fill="f4eee2"/>
        <w:spacing w:before="160" w:after="200"/>
        <w:ind w:left="113" w:right="113"/>
      </w:pPr>
      <w:r>
        <w:rPr>
          <w:sz w:val="19"/>
        </w:rPr>
        <w:t>Ta vprašalnik mi pomaga, da vas bolje spoznam in srečanje pripravim po vaši meri. Odgovarjajte po svojih najboljših močeh — delite le toliko, kolikor želite; o občutljivih temah se lahko pogovoriva tudi osebno. Vaši odgovori so zaupni in jih uporabljam izključno za vašo obravnavo. Ni pravilnih ali napačnih odgovorov.</w:t>
      </w:r>
    </w:p>
    <w:p>
      <w:pPr>
        <w:spacing w:before="240" w:after="0"/>
      </w:pPr>
      <w:r>
        <w:rPr>
          <w:b/>
          <w:color w:val="9C5C33"/>
          <w:sz w:val="16"/>
        </w:rPr>
        <w:t>A · OSNOVNI PODATKI</w:t>
      </w:r>
    </w:p>
    <w:p>
      <w:pPr>
        <w:spacing w:after="80"/>
      </w:pPr>
      <w:r>
        <w:rPr>
          <w:rFonts w:ascii="Georgia" w:hAnsi="Georgia"/>
          <w:b/>
          <w:color w:val="1B4A45"/>
          <w:sz w:val="28"/>
        </w:rPr>
        <w:t>Kdo ste</w:t>
      </w:r>
    </w:p>
    <w:p>
      <w:pPr>
        <w:spacing w:before="140" w:after="60"/>
      </w:pPr>
      <w:r>
        <w:rPr>
          <w:b/>
          <w:sz w:val="20"/>
        </w:rPr>
        <w:t>Ime in priimek</w:t>
      </w:r>
    </w:p>
    <w:p>
      <w:pPr>
        <w:pBdr>
          <w:bottom w:val="single" w:sz="6" w:space="2" w:color="cfc4ad"/>
        </w:pBdr>
        <w:spacing w:after="160" w:before="40"/>
      </w:pPr>
      <w:r>
        <w:t xml:space="preserve"> </w:t>
      </w:r>
    </w:p>
    <w:p>
      <w:pPr>
        <w:spacing w:before="140" w:after="60"/>
      </w:pPr>
      <w:r>
        <w:rPr>
          <w:b/>
          <w:sz w:val="20"/>
        </w:rPr>
        <w:t>Datum rojstva</w:t>
      </w:r>
    </w:p>
    <w:p>
      <w:pPr>
        <w:pBdr>
          <w:bottom w:val="single" w:sz="6" w:space="2" w:color="cfc4ad"/>
        </w:pBdr>
        <w:spacing w:after="160" w:before="40"/>
      </w:pPr>
      <w:r>
        <w:t xml:space="preserve"> </w:t>
      </w:r>
    </w:p>
    <w:p>
      <w:pPr>
        <w:spacing w:before="140" w:after="60"/>
      </w:pPr>
      <w:r>
        <w:rPr>
          <w:b/>
          <w:sz w:val="20"/>
        </w:rPr>
        <w:t>Telefon</w:t>
      </w:r>
    </w:p>
    <w:p>
      <w:pPr>
        <w:pBdr>
          <w:bottom w:val="single" w:sz="6" w:space="2" w:color="cfc4ad"/>
        </w:pBdr>
        <w:spacing w:after="160" w:before="40"/>
      </w:pPr>
      <w:r>
        <w:t xml:space="preserve"> </w:t>
      </w:r>
    </w:p>
    <w:p>
      <w:pPr>
        <w:spacing w:before="140" w:after="60"/>
      </w:pPr>
      <w:r>
        <w:rPr>
          <w:b/>
          <w:sz w:val="20"/>
        </w:rPr>
        <w:t>E-pošta</w:t>
      </w:r>
    </w:p>
    <w:p>
      <w:pPr>
        <w:pBdr>
          <w:bottom w:val="single" w:sz="6" w:space="2" w:color="cfc4ad"/>
        </w:pBdr>
        <w:spacing w:after="160" w:before="40"/>
      </w:pPr>
      <w:r>
        <w:t xml:space="preserve"> </w:t>
      </w:r>
    </w:p>
    <w:p>
      <w:pPr>
        <w:spacing w:before="140" w:after="60"/>
      </w:pPr>
      <w:r>
        <w:rPr>
          <w:b/>
          <w:sz w:val="20"/>
        </w:rPr>
        <w:t>Poklic / zaposlitev</w:t>
      </w:r>
    </w:p>
    <w:p>
      <w:pPr>
        <w:pBdr>
          <w:bottom w:val="single" w:sz="6" w:space="2" w:color="cfc4ad"/>
        </w:pBdr>
        <w:spacing w:after="160" w:before="40"/>
      </w:pPr>
      <w:r>
        <w:t xml:space="preserve"> </w:t>
      </w:r>
    </w:p>
    <w:p>
      <w:pPr>
        <w:spacing w:before="140" w:after="60"/>
      </w:pPr>
      <w:r>
        <w:rPr>
          <w:b/>
          <w:sz w:val="20"/>
        </w:rPr>
        <w:t>Datum izpolnjevanja</w:t>
      </w:r>
    </w:p>
    <w:p>
      <w:pPr>
        <w:pBdr>
          <w:bottom w:val="single" w:sz="6" w:space="2" w:color="cfc4ad"/>
        </w:pBdr>
        <w:spacing w:after="160" w:before="40"/>
      </w:pPr>
      <w:r>
        <w:t xml:space="preserve"> </w:t>
      </w:r>
    </w:p>
    <w:p>
      <w:pPr>
        <w:spacing w:before="240" w:after="0"/>
      </w:pPr>
      <w:r>
        <w:rPr>
          <w:b/>
          <w:color w:val="9C5C33"/>
          <w:sz w:val="16"/>
        </w:rPr>
        <w:t>B · NAMEN OBISKA</w:t>
      </w:r>
    </w:p>
    <w:p>
      <w:pPr>
        <w:spacing w:after="80"/>
      </w:pPr>
      <w:r>
        <w:rPr>
          <w:rFonts w:ascii="Georgia" w:hAnsi="Georgia"/>
          <w:b/>
          <w:color w:val="1B4A45"/>
          <w:sz w:val="28"/>
        </w:rPr>
        <w:t>Kaj vas pripelje</w:t>
      </w:r>
    </w:p>
    <w:p>
      <w:pPr>
        <w:spacing w:before="140" w:after="60"/>
      </w:pPr>
      <w:r>
        <w:rPr>
          <w:b/>
          <w:sz w:val="20"/>
        </w:rPr>
        <w:t>Kaj je glavni razlog za vaš obisk?</w:t>
      </w:r>
    </w:p>
    <w:p>
      <w:pPr>
        <w:pBdr>
          <w:bottom w:val="single" w:sz="6" w:space="2" w:color="cfc4ad"/>
        </w:pBdr>
        <w:spacing w:after="160" w:before="40"/>
      </w:pPr>
      <w:r>
        <w:t xml:space="preserve"> </w:t>
      </w:r>
    </w:p>
    <w:p>
      <w:pPr>
        <w:pBdr>
          <w:bottom w:val="single" w:sz="6" w:space="2" w:color="cfc4ad"/>
        </w:pBdr>
        <w:spacing w:after="160" w:before="40"/>
      </w:pPr>
      <w:r>
        <w:t xml:space="preserve"> </w:t>
      </w:r>
    </w:p>
    <w:p>
      <w:pPr>
        <w:spacing w:before="140" w:after="60"/>
      </w:pPr>
      <w:r>
        <w:rPr>
          <w:b/>
          <w:sz w:val="20"/>
        </w:rPr>
        <w:t>Kaj si želite s srečanjem doseči? Kako bi izgledala želena sprememba?</w:t>
      </w:r>
    </w:p>
    <w:p>
      <w:pPr>
        <w:pBdr>
          <w:bottom w:val="single" w:sz="6" w:space="2" w:color="cfc4ad"/>
        </w:pBdr>
        <w:spacing w:after="160" w:before="40"/>
      </w:pPr>
      <w:r>
        <w:t xml:space="preserve"> </w:t>
      </w:r>
    </w:p>
    <w:p>
      <w:pPr>
        <w:pBdr>
          <w:bottom w:val="single" w:sz="6" w:space="2" w:color="cfc4ad"/>
        </w:pBdr>
        <w:spacing w:after="160" w:before="40"/>
      </w:pPr>
      <w:r>
        <w:t xml:space="preserve"> </w:t>
      </w:r>
    </w:p>
    <w:p>
      <w:pPr>
        <w:spacing w:before="140" w:after="60"/>
      </w:pPr>
      <w:r>
        <w:rPr>
          <w:b/>
          <w:sz w:val="20"/>
        </w:rPr>
        <w:t>Področja, ki jih želite nasloviti</w:t>
      </w:r>
      <w:r>
        <w:rPr>
          <w:i/>
          <w:color w:val="7A6F5E"/>
          <w:sz w:val="17"/>
        </w:rPr>
        <w:t xml:space="preserve">  (označite, kar velja)</w:t>
      </w:r>
    </w:p>
    <w:p>
      <w:pPr>
        <w:spacing w:before="40" w:after="80"/>
      </w:pPr>
      <w:r>
        <w:rPr>
          <w:sz w:val="20"/>
        </w:rPr>
        <w:t>☐ telesne težave</w:t>
      </w:r>
      <w:r>
        <w:rPr>
          <w:sz w:val="20"/>
        </w:rPr>
        <w:t xml:space="preserve">    ☐ čustvene stiske</w:t>
      </w:r>
      <w:r>
        <w:rPr>
          <w:sz w:val="20"/>
        </w:rPr>
        <w:t xml:space="preserve">    ☐ odnosi</w:t>
      </w:r>
      <w:r>
        <w:rPr>
          <w:sz w:val="20"/>
        </w:rPr>
        <w:t xml:space="preserve">    ☐ stres in izčrpanost</w:t>
      </w:r>
      <w:r>
        <w:rPr>
          <w:sz w:val="20"/>
        </w:rPr>
        <w:t xml:space="preserve">    ☐ spanje</w:t>
      </w:r>
      <w:r>
        <w:rPr>
          <w:sz w:val="20"/>
        </w:rPr>
        <w:t xml:space="preserve">    ☐ osebnostna / duhovna rast</w:t>
      </w:r>
      <w:r>
        <w:rPr>
          <w:sz w:val="20"/>
        </w:rPr>
        <w:t xml:space="preserve">    ☐ drugo</w:t>
      </w:r>
    </w:p>
    <w:p>
      <w:pPr>
        <w:spacing w:before="240" w:after="0"/>
      </w:pPr>
      <w:r>
        <w:rPr>
          <w:b/>
          <w:color w:val="9C5C33"/>
          <w:sz w:val="16"/>
        </w:rPr>
        <w:t>C · TELESNO ZDRAVJE</w:t>
      </w:r>
    </w:p>
    <w:p>
      <w:pPr>
        <w:spacing w:after="80"/>
      </w:pPr>
      <w:r>
        <w:rPr>
          <w:rFonts w:ascii="Georgia" w:hAnsi="Georgia"/>
          <w:b/>
          <w:color w:val="1B4A45"/>
          <w:sz w:val="28"/>
        </w:rPr>
        <w:t>Zdravstveno stanje</w:t>
      </w:r>
    </w:p>
    <w:p>
      <w:pPr>
        <w:spacing w:before="140" w:after="60"/>
      </w:pPr>
      <w:r>
        <w:rPr>
          <w:b/>
          <w:sz w:val="20"/>
        </w:rPr>
        <w:t>Glavne zdravstvene težave ali simptomi, ki jih opažate</w:t>
      </w:r>
    </w:p>
    <w:p>
      <w:pPr>
        <w:pBdr>
          <w:bottom w:val="single" w:sz="6" w:space="2" w:color="cfc4ad"/>
        </w:pBdr>
        <w:spacing w:after="160" w:before="40"/>
      </w:pPr>
      <w:r>
        <w:t xml:space="preserve"> </w:t>
      </w:r>
    </w:p>
    <w:p>
      <w:pPr>
        <w:pBdr>
          <w:bottom w:val="single" w:sz="6" w:space="2" w:color="cfc4ad"/>
        </w:pBdr>
        <w:spacing w:after="160" w:before="40"/>
      </w:pPr>
      <w:r>
        <w:t xml:space="preserve"> </w:t>
      </w:r>
    </w:p>
    <w:p>
      <w:pPr>
        <w:spacing w:before="140" w:after="60"/>
      </w:pPr>
      <w:r>
        <w:rPr>
          <w:b/>
          <w:sz w:val="20"/>
        </w:rPr>
        <w:t>Postavljene zdravniške diagnoze</w:t>
      </w:r>
      <w:r>
        <w:rPr>
          <w:i/>
          <w:color w:val="7A6F5E"/>
          <w:sz w:val="17"/>
        </w:rPr>
        <w:t xml:space="preserve">  (če jih imate)</w:t>
      </w:r>
    </w:p>
    <w:p>
      <w:pPr>
        <w:pBdr>
          <w:bottom w:val="single" w:sz="6" w:space="2" w:color="cfc4ad"/>
        </w:pBdr>
        <w:spacing w:after="160" w:before="40"/>
      </w:pPr>
      <w:r>
        <w:t xml:space="preserve"> </w:t>
      </w:r>
    </w:p>
    <w:p>
      <w:pPr>
        <w:pBdr>
          <w:bottom w:val="single" w:sz="6" w:space="2" w:color="cfc4ad"/>
        </w:pBdr>
        <w:spacing w:after="160" w:before="40"/>
      </w:pPr>
      <w:r>
        <w:t xml:space="preserve"> </w:t>
      </w:r>
    </w:p>
    <w:p>
      <w:pPr>
        <w:spacing w:before="140" w:after="60"/>
      </w:pPr>
      <w:r>
        <w:rPr>
          <w:b/>
          <w:sz w:val="20"/>
        </w:rPr>
        <w:t>Zdravila, ki jih jemljete</w:t>
      </w:r>
      <w:r>
        <w:rPr>
          <w:i/>
          <w:color w:val="7A6F5E"/>
          <w:sz w:val="17"/>
        </w:rPr>
        <w:t xml:space="preserve">  (redno ali občasno) — teh nikoli ne predpisujem ne ukinjam</w:t>
      </w:r>
    </w:p>
    <w:p>
      <w:pPr>
        <w:pBdr>
          <w:bottom w:val="single" w:sz="6" w:space="2" w:color="cfc4ad"/>
        </w:pBdr>
        <w:spacing w:after="160" w:before="40"/>
      </w:pPr>
      <w:r>
        <w:t xml:space="preserve"> </w:t>
      </w:r>
    </w:p>
    <w:p>
      <w:pPr>
        <w:pBdr>
          <w:bottom w:val="single" w:sz="6" w:space="2" w:color="cfc4ad"/>
        </w:pBdr>
        <w:spacing w:after="160" w:before="40"/>
      </w:pPr>
      <w:r>
        <w:t xml:space="preserve"> </w:t>
      </w:r>
    </w:p>
    <w:p>
      <w:pPr>
        <w:spacing w:before="140" w:after="60"/>
      </w:pPr>
      <w:r>
        <w:rPr>
          <w:b/>
          <w:sz w:val="20"/>
        </w:rPr>
        <w:t>Resnejše pretekle bolezni, operacije ali poškodbe</w:t>
      </w:r>
    </w:p>
    <w:p>
      <w:pPr>
        <w:pBdr>
          <w:bottom w:val="single" w:sz="6" w:space="2" w:color="cfc4ad"/>
        </w:pBdr>
        <w:spacing w:after="160" w:before="40"/>
      </w:pPr>
      <w:r>
        <w:t xml:space="preserve"> </w:t>
      </w:r>
    </w:p>
    <w:p>
      <w:pPr>
        <w:pBdr>
          <w:bottom w:val="single" w:sz="6" w:space="2" w:color="cfc4ad"/>
        </w:pBdr>
        <w:spacing w:after="160" w:before="40"/>
      </w:pPr>
      <w:r>
        <w:t xml:space="preserve"> </w:t>
      </w:r>
    </w:p>
    <w:p>
      <w:pPr>
        <w:spacing w:before="140" w:after="60"/>
      </w:pPr>
      <w:r>
        <w:rPr>
          <w:b/>
          <w:sz w:val="20"/>
        </w:rPr>
        <w:t>Alergije ali preobčutljivosti</w:t>
      </w:r>
    </w:p>
    <w:p>
      <w:pPr>
        <w:pBdr>
          <w:bottom w:val="single" w:sz="6" w:space="2" w:color="cfc4ad"/>
        </w:pBdr>
        <w:spacing w:after="160" w:before="40"/>
      </w:pPr>
      <w:r>
        <w:t xml:space="preserve"> </w:t>
      </w:r>
    </w:p>
    <w:p>
      <w:pPr>
        <w:spacing w:before="140" w:after="60"/>
      </w:pPr>
      <w:r>
        <w:rPr>
          <w:b/>
          <w:sz w:val="20"/>
        </w:rPr>
        <w:t>Ste trenutno v obravnavi pri zdravniku ali specialistu? Katere terapije so v teku?</w:t>
      </w:r>
    </w:p>
    <w:p>
      <w:pPr>
        <w:pBdr>
          <w:bottom w:val="single" w:sz="6" w:space="2" w:color="cfc4ad"/>
        </w:pBdr>
        <w:spacing w:after="160" w:before="40"/>
      </w:pPr>
      <w:r>
        <w:t xml:space="preserve"> </w:t>
      </w:r>
    </w:p>
    <w:p>
      <w:pPr>
        <w:pBdr>
          <w:bottom w:val="single" w:sz="6" w:space="2" w:color="cfc4ad"/>
        </w:pBdr>
        <w:spacing w:after="160" w:before="40"/>
      </w:pPr>
      <w:r>
        <w:t xml:space="preserve"> </w:t>
      </w:r>
    </w:p>
    <w:p>
      <w:pPr>
        <w:spacing w:before="140" w:after="60"/>
      </w:pPr>
      <w:r>
        <w:rPr>
          <w:b/>
          <w:sz w:val="20"/>
        </w:rPr>
        <w:t>Kako bi ocenili svojo telesno energijo / vitalnost?</w:t>
      </w:r>
      <w:r>
        <w:rPr>
          <w:i/>
          <w:color w:val="7A6F5E"/>
          <w:sz w:val="17"/>
        </w:rPr>
        <w:t xml:space="preserve">  (1 = izčrpan/a, 10 = poln/a energije)</w:t>
      </w:r>
    </w:p>
    <w:p>
      <w:pPr>
        <w:spacing w:before="40" w:after="120"/>
      </w:pPr>
      <w:r>
        <w:rPr>
          <w:i/>
          <w:color w:val="7A6F5E"/>
          <w:sz w:val="17"/>
        </w:rPr>
        <w:t xml:space="preserve">nizka   </w:t>
      </w:r>
      <w:r>
        <w:rPr>
          <w:sz w:val="21"/>
        </w:rPr>
        <w:t>1   2   3   4   5   6   7   8   9   10</w:t>
      </w:r>
      <w:r>
        <w:rPr>
          <w:i/>
          <w:color w:val="7A6F5E"/>
          <w:sz w:val="17"/>
        </w:rPr>
        <w:t xml:space="preserve">   visoka</w:t>
      </w:r>
    </w:p>
    <w:p>
      <w:pPr>
        <w:spacing w:before="240" w:after="0"/>
      </w:pPr>
      <w:r>
        <w:rPr>
          <w:b/>
          <w:color w:val="9C5C33"/>
          <w:sz w:val="16"/>
        </w:rPr>
        <w:t>D · NAČIN ŽIVLJENJA</w:t>
      </w:r>
    </w:p>
    <w:p>
      <w:pPr>
        <w:spacing w:after="80"/>
      </w:pPr>
      <w:r>
        <w:rPr>
          <w:rFonts w:ascii="Georgia" w:hAnsi="Georgia"/>
          <w:b/>
          <w:color w:val="1B4A45"/>
          <w:sz w:val="28"/>
        </w:rPr>
        <w:t>Vsakdan</w:t>
      </w:r>
    </w:p>
    <w:p>
      <w:pPr>
        <w:spacing w:before="140" w:after="60"/>
      </w:pPr>
      <w:r>
        <w:rPr>
          <w:b/>
          <w:sz w:val="20"/>
        </w:rPr>
        <w:t>Spanje — ur na noč in kakovost (dobro / zmerno / slabo)</w:t>
      </w:r>
    </w:p>
    <w:p>
      <w:pPr>
        <w:pBdr>
          <w:bottom w:val="single" w:sz="6" w:space="2" w:color="cfc4ad"/>
        </w:pBdr>
        <w:spacing w:after="160" w:before="40"/>
      </w:pPr>
      <w:r>
        <w:t xml:space="preserve"> </w:t>
      </w:r>
    </w:p>
    <w:p>
      <w:pPr>
        <w:spacing w:before="140" w:after="60"/>
      </w:pPr>
      <w:r>
        <w:rPr>
          <w:b/>
          <w:sz w:val="20"/>
        </w:rPr>
        <w:t>Prehrana — kako se prehranjujete?</w:t>
      </w:r>
      <w:r>
        <w:rPr>
          <w:i/>
          <w:color w:val="7A6F5E"/>
          <w:sz w:val="17"/>
        </w:rPr>
        <w:t xml:space="preserve">  (redno/neredno, posebnosti, diete)</w:t>
      </w:r>
    </w:p>
    <w:p>
      <w:pPr>
        <w:pBdr>
          <w:bottom w:val="single" w:sz="6" w:space="2" w:color="cfc4ad"/>
        </w:pBdr>
        <w:spacing w:after="160" w:before="40"/>
      </w:pPr>
      <w:r>
        <w:t xml:space="preserve"> </w:t>
      </w:r>
    </w:p>
    <w:p>
      <w:pPr>
        <w:pBdr>
          <w:bottom w:val="single" w:sz="6" w:space="2" w:color="cfc4ad"/>
        </w:pBdr>
        <w:spacing w:after="160" w:before="40"/>
      </w:pPr>
      <w:r>
        <w:t xml:space="preserve"> </w:t>
      </w:r>
    </w:p>
    <w:p>
      <w:pPr>
        <w:spacing w:before="140" w:after="60"/>
      </w:pPr>
      <w:r>
        <w:rPr>
          <w:b/>
          <w:sz w:val="20"/>
        </w:rPr>
        <w:t>Telesna aktivnost — vrsta in pogostost</w:t>
      </w:r>
    </w:p>
    <w:p>
      <w:pPr>
        <w:pBdr>
          <w:bottom w:val="single" w:sz="6" w:space="2" w:color="cfc4ad"/>
        </w:pBdr>
        <w:spacing w:after="160" w:before="40"/>
      </w:pPr>
      <w:r>
        <w:t xml:space="preserve"> </w:t>
      </w:r>
    </w:p>
    <w:p>
      <w:pPr>
        <w:spacing w:before="140" w:after="60"/>
      </w:pPr>
      <w:r>
        <w:rPr>
          <w:b/>
          <w:sz w:val="20"/>
        </w:rPr>
        <w:t>Razvade</w:t>
      </w:r>
      <w:r>
        <w:rPr>
          <w:i/>
          <w:color w:val="7A6F5E"/>
          <w:sz w:val="17"/>
        </w:rPr>
        <w:t xml:space="preserve">  (označite in po želji opišite)</w:t>
      </w:r>
    </w:p>
    <w:p>
      <w:pPr>
        <w:spacing w:before="40" w:after="80"/>
      </w:pPr>
      <w:r>
        <w:rPr>
          <w:sz w:val="20"/>
        </w:rPr>
        <w:t>☐ kajenje</w:t>
      </w:r>
      <w:r>
        <w:rPr>
          <w:sz w:val="20"/>
        </w:rPr>
        <w:t xml:space="preserve">    ☐ alkohol</w:t>
      </w:r>
      <w:r>
        <w:rPr>
          <w:sz w:val="20"/>
        </w:rPr>
        <w:t xml:space="preserve">    ☐ kofein</w:t>
      </w:r>
      <w:r>
        <w:rPr>
          <w:sz w:val="20"/>
        </w:rPr>
        <w:t xml:space="preserve">    ☐ drugo</w:t>
      </w:r>
      <w:r>
        <w:rPr>
          <w:sz w:val="20"/>
        </w:rPr>
        <w:t xml:space="preserve">    ☐ nič od navedenega</w:t>
      </w:r>
    </w:p>
    <w:p>
      <w:pPr>
        <w:spacing w:before="140" w:after="60"/>
      </w:pPr>
      <w:r>
        <w:rPr>
          <w:b/>
          <w:sz w:val="20"/>
        </w:rPr>
        <w:t>Kako visoka je vaša trenutna raven stresa?</w:t>
      </w:r>
    </w:p>
    <w:p>
      <w:pPr>
        <w:spacing w:before="40" w:after="120"/>
      </w:pPr>
      <w:r>
        <w:rPr>
          <w:i/>
          <w:color w:val="7A6F5E"/>
          <w:sz w:val="17"/>
        </w:rPr>
        <w:t xml:space="preserve">nizka   </w:t>
      </w:r>
      <w:r>
        <w:rPr>
          <w:sz w:val="21"/>
        </w:rPr>
        <w:t>1   2   3   4   5   6   7   8   9   10</w:t>
      </w:r>
      <w:r>
        <w:rPr>
          <w:i/>
          <w:color w:val="7A6F5E"/>
          <w:sz w:val="17"/>
        </w:rPr>
        <w:t xml:space="preserve">   zelo visoka</w:t>
      </w:r>
    </w:p>
    <w:p>
      <w:pPr>
        <w:spacing w:before="240" w:after="0"/>
      </w:pPr>
      <w:r>
        <w:rPr>
          <w:b/>
          <w:color w:val="9C5C33"/>
          <w:sz w:val="16"/>
        </w:rPr>
        <w:t>E · ČUSTVENO IN DUŠEVNO STANJE</w:t>
      </w:r>
    </w:p>
    <w:p>
      <w:pPr>
        <w:spacing w:after="80"/>
      </w:pPr>
      <w:r>
        <w:rPr>
          <w:rFonts w:ascii="Georgia" w:hAnsi="Georgia"/>
          <w:b/>
          <w:color w:val="1B4A45"/>
          <w:sz w:val="28"/>
        </w:rPr>
        <w:t>Kako se počutite</w:t>
      </w:r>
    </w:p>
    <w:p>
      <w:pPr>
        <w:spacing w:before="140" w:after="60"/>
      </w:pPr>
      <w:r>
        <w:rPr>
          <w:b/>
          <w:sz w:val="20"/>
        </w:rPr>
        <w:t>Kako bi opisali svoje počutje v zadnjem času?</w:t>
      </w:r>
    </w:p>
    <w:p>
      <w:pPr>
        <w:pBdr>
          <w:bottom w:val="single" w:sz="6" w:space="2" w:color="cfc4ad"/>
        </w:pBdr>
        <w:spacing w:after="160" w:before="40"/>
      </w:pPr>
      <w:r>
        <w:t xml:space="preserve"> </w:t>
      </w:r>
    </w:p>
    <w:p>
      <w:pPr>
        <w:pBdr>
          <w:bottom w:val="single" w:sz="6" w:space="2" w:color="cfc4ad"/>
        </w:pBdr>
        <w:spacing w:after="160" w:before="40"/>
      </w:pPr>
      <w:r>
        <w:t xml:space="preserve"> </w:t>
      </w:r>
    </w:p>
    <w:p>
      <w:pPr>
        <w:spacing w:before="140" w:after="60"/>
      </w:pPr>
      <w:r>
        <w:rPr>
          <w:b/>
          <w:sz w:val="20"/>
        </w:rPr>
        <w:t>Kaj od naštetega doživljate pogosto?</w:t>
      </w:r>
      <w:r>
        <w:rPr>
          <w:i/>
          <w:color w:val="7A6F5E"/>
          <w:sz w:val="17"/>
        </w:rPr>
        <w:t xml:space="preserve">  (označite)</w:t>
      </w:r>
    </w:p>
    <w:p>
      <w:pPr>
        <w:spacing w:before="40" w:after="80"/>
      </w:pPr>
      <w:r>
        <w:rPr>
          <w:sz w:val="20"/>
        </w:rPr>
        <w:t>☐ tesnoba / nemir</w:t>
      </w:r>
      <w:r>
        <w:rPr>
          <w:sz w:val="20"/>
        </w:rPr>
        <w:t xml:space="preserve">    ☐ žalost / potrtost</w:t>
      </w:r>
      <w:r>
        <w:rPr>
          <w:sz w:val="20"/>
        </w:rPr>
        <w:t xml:space="preserve">    ☐ razdražljivost / jeza</w:t>
      </w:r>
      <w:r>
        <w:rPr>
          <w:sz w:val="20"/>
        </w:rPr>
        <w:t xml:space="preserve">    ☐ preobremenjenost</w:t>
      </w:r>
      <w:r>
        <w:rPr>
          <w:sz w:val="20"/>
        </w:rPr>
        <w:t xml:space="preserve">    ☐ notranji mir</w:t>
      </w:r>
    </w:p>
    <w:p>
      <w:pPr>
        <w:spacing w:before="140" w:after="60"/>
      </w:pPr>
      <w:r>
        <w:rPr>
          <w:b/>
          <w:sz w:val="20"/>
        </w:rPr>
        <w:t>Glavni viri stresa, skrbi ali notranjih bremen</w:t>
      </w:r>
    </w:p>
    <w:p>
      <w:pPr>
        <w:pBdr>
          <w:bottom w:val="single" w:sz="6" w:space="2" w:color="cfc4ad"/>
        </w:pBdr>
        <w:spacing w:after="160" w:before="40"/>
      </w:pPr>
      <w:r>
        <w:t xml:space="preserve"> </w:t>
      </w:r>
    </w:p>
    <w:p>
      <w:pPr>
        <w:pBdr>
          <w:bottom w:val="single" w:sz="6" w:space="2" w:color="cfc4ad"/>
        </w:pBdr>
        <w:spacing w:after="160" w:before="40"/>
      </w:pPr>
      <w:r>
        <w:t xml:space="preserve"> </w:t>
      </w:r>
    </w:p>
    <w:p>
      <w:pPr>
        <w:spacing w:before="140" w:after="60"/>
      </w:pPr>
      <w:r>
        <w:rPr>
          <w:b/>
          <w:sz w:val="20"/>
        </w:rPr>
        <w:t>Ste v obravnavi pri psihologu, psihoterapevtu ali psihiatru?</w:t>
      </w:r>
      <w:r>
        <w:rPr>
          <w:i/>
          <w:color w:val="7A6F5E"/>
          <w:sz w:val="17"/>
        </w:rPr>
        <w:t xml:space="preserve">  (da / ne; po želji opišite)</w:t>
      </w:r>
    </w:p>
    <w:p>
      <w:pPr>
        <w:pBdr>
          <w:bottom w:val="single" w:sz="6" w:space="2" w:color="cfc4ad"/>
        </w:pBdr>
        <w:spacing w:after="160" w:before="40"/>
      </w:pPr>
      <w:r>
        <w:t xml:space="preserve"> </w:t>
      </w:r>
    </w:p>
    <w:p>
      <w:pPr>
        <w:spacing w:before="140" w:after="60"/>
      </w:pPr>
      <w:r>
        <w:rPr>
          <w:b/>
          <w:sz w:val="20"/>
        </w:rPr>
        <w:t>Kako bi ocenili svoje čustveno ravnovesje?</w:t>
      </w:r>
    </w:p>
    <w:p>
      <w:pPr>
        <w:spacing w:before="40" w:after="120"/>
      </w:pPr>
      <w:r>
        <w:rPr>
          <w:i/>
          <w:color w:val="7A6F5E"/>
          <w:sz w:val="17"/>
        </w:rPr>
        <w:t xml:space="preserve">nestabilno   </w:t>
      </w:r>
      <w:r>
        <w:rPr>
          <w:sz w:val="21"/>
        </w:rPr>
        <w:t>1   2   3   4   5   6   7   8   9   10</w:t>
      </w:r>
      <w:r>
        <w:rPr>
          <w:i/>
          <w:color w:val="7A6F5E"/>
          <w:sz w:val="17"/>
        </w:rPr>
        <w:t xml:space="preserve">   uravnoveseno</w:t>
      </w:r>
    </w:p>
    <w:p>
      <w:pPr>
        <w:spacing w:before="240" w:after="0"/>
      </w:pPr>
      <w:r>
        <w:rPr>
          <w:b/>
          <w:color w:val="9C5C33"/>
          <w:sz w:val="16"/>
        </w:rPr>
        <w:t>F · ODNOSI IN OKOLJE</w:t>
      </w:r>
    </w:p>
    <w:p>
      <w:pPr>
        <w:spacing w:after="80"/>
      </w:pPr>
      <w:r>
        <w:rPr>
          <w:rFonts w:ascii="Georgia" w:hAnsi="Georgia"/>
          <w:b/>
          <w:color w:val="1B4A45"/>
          <w:sz w:val="28"/>
        </w:rPr>
        <w:t>Vaše okolje</w:t>
      </w:r>
    </w:p>
    <w:p>
      <w:pPr>
        <w:spacing w:before="140" w:after="60"/>
      </w:pPr>
      <w:r>
        <w:rPr>
          <w:b/>
          <w:sz w:val="20"/>
        </w:rPr>
        <w:t>Zakonski / partnerski status in s kom živite</w:t>
      </w:r>
    </w:p>
    <w:p>
      <w:pPr>
        <w:pBdr>
          <w:bottom w:val="single" w:sz="6" w:space="2" w:color="cfc4ad"/>
        </w:pBdr>
        <w:spacing w:after="160" w:before="40"/>
      </w:pPr>
      <w:r>
        <w:t xml:space="preserve"> </w:t>
      </w:r>
    </w:p>
    <w:p>
      <w:pPr>
        <w:spacing w:before="140" w:after="60"/>
      </w:pPr>
      <w:r>
        <w:rPr>
          <w:b/>
          <w:sz w:val="20"/>
        </w:rPr>
        <w:t>Na kratko o pomembnih odnosih</w:t>
      </w:r>
      <w:r>
        <w:rPr>
          <w:i/>
          <w:color w:val="7A6F5E"/>
          <w:sz w:val="17"/>
        </w:rPr>
        <w:t xml:space="preserve">  (partner, družina, delo) — kako jih doživljate?</w:t>
      </w:r>
    </w:p>
    <w:p>
      <w:pPr>
        <w:pBdr>
          <w:bottom w:val="single" w:sz="6" w:space="2" w:color="cfc4ad"/>
        </w:pBdr>
        <w:spacing w:after="160" w:before="40"/>
      </w:pPr>
      <w:r>
        <w:t xml:space="preserve"> </w:t>
      </w:r>
    </w:p>
    <w:p>
      <w:pPr>
        <w:pBdr>
          <w:bottom w:val="single" w:sz="6" w:space="2" w:color="cfc4ad"/>
        </w:pBdr>
        <w:spacing w:after="160" w:before="40"/>
      </w:pPr>
      <w:r>
        <w:t xml:space="preserve"> </w:t>
      </w:r>
    </w:p>
    <w:p>
      <w:pPr>
        <w:spacing w:before="140" w:after="60"/>
      </w:pPr>
      <w:r>
        <w:rPr>
          <w:b/>
          <w:sz w:val="20"/>
        </w:rPr>
        <w:t>Kje v življenju čutite največ podpore?</w:t>
      </w:r>
    </w:p>
    <w:p>
      <w:pPr>
        <w:pBdr>
          <w:bottom w:val="single" w:sz="6" w:space="2" w:color="cfc4ad"/>
        </w:pBdr>
        <w:spacing w:after="160" w:before="40"/>
      </w:pPr>
      <w:r>
        <w:t xml:space="preserve"> </w:t>
      </w:r>
    </w:p>
    <w:p>
      <w:pPr>
        <w:spacing w:before="240" w:after="0"/>
      </w:pPr>
      <w:r>
        <w:rPr>
          <w:b/>
          <w:color w:val="9C5C33"/>
          <w:sz w:val="16"/>
        </w:rPr>
        <w:t>G · POMEMBNI ŽIVLJENJSKI DOGODKI</w:t>
      </w:r>
    </w:p>
    <w:p>
      <w:pPr>
        <w:spacing w:after="80"/>
      </w:pPr>
      <w:r>
        <w:rPr>
          <w:rFonts w:ascii="Georgia" w:hAnsi="Georgia"/>
          <w:b/>
          <w:color w:val="1B4A45"/>
          <w:sz w:val="28"/>
        </w:rPr>
        <w:t>Vaša zgodba</w:t>
      </w:r>
    </w:p>
    <w:p>
      <w:pPr>
        <w:shd w:val="clear" w:fill="f4eee2"/>
        <w:spacing w:before="160" w:after="200"/>
        <w:ind w:left="113" w:right="113"/>
      </w:pPr>
      <w:r>
        <w:rPr>
          <w:sz w:val="19"/>
        </w:rPr>
        <w:t>Delite le toliko, kolikor vam je v tem trenutku udobno. To polje lahko pustite tudi prazno — o občutljivih temah se lahko pogovoriva osebno, ko boste pripravljeni.</w:t>
      </w:r>
    </w:p>
    <w:p>
      <w:pPr>
        <w:spacing w:before="140" w:after="60"/>
      </w:pPr>
      <w:r>
        <w:rPr>
          <w:b/>
          <w:sz w:val="20"/>
        </w:rPr>
        <w:t>Pomembni ali težki dogodki, ki so vas v življenju zaznamovali</w:t>
      </w:r>
    </w:p>
    <w:p>
      <w:pPr>
        <w:pBdr>
          <w:bottom w:val="single" w:sz="6" w:space="2" w:color="cfc4ad"/>
        </w:pBdr>
        <w:spacing w:after="160" w:before="40"/>
      </w:pPr>
      <w:r>
        <w:t xml:space="preserve"> </w:t>
      </w:r>
    </w:p>
    <w:p>
      <w:pPr>
        <w:pBdr>
          <w:bottom w:val="single" w:sz="6" w:space="2" w:color="cfc4ad"/>
        </w:pBdr>
        <w:spacing w:after="160" w:before="40"/>
      </w:pPr>
      <w:r>
        <w:t xml:space="preserve"> </w:t>
      </w:r>
    </w:p>
    <w:p>
      <w:pPr>
        <w:pBdr>
          <w:bottom w:val="single" w:sz="6" w:space="2" w:color="cfc4ad"/>
        </w:pBdr>
        <w:spacing w:after="160" w:before="40"/>
      </w:pPr>
      <w:r>
        <w:t xml:space="preserve"> </w:t>
      </w:r>
    </w:p>
    <w:p>
      <w:pPr>
        <w:spacing w:before="240" w:after="0"/>
      </w:pPr>
      <w:r>
        <w:rPr>
          <w:b/>
          <w:color w:val="9C5C33"/>
          <w:sz w:val="16"/>
        </w:rPr>
        <w:t>H · DUHOVNO IN ENERGIJSKO</w:t>
      </w:r>
    </w:p>
    <w:p>
      <w:pPr>
        <w:spacing w:after="80"/>
      </w:pPr>
      <w:r>
        <w:rPr>
          <w:rFonts w:ascii="Georgia" w:hAnsi="Georgia"/>
          <w:b/>
          <w:color w:val="1B4A45"/>
          <w:sz w:val="28"/>
        </w:rPr>
        <w:t>Notranja raven</w:t>
      </w:r>
    </w:p>
    <w:p>
      <w:pPr>
        <w:spacing w:before="140" w:after="60"/>
      </w:pPr>
      <w:r>
        <w:rPr>
          <w:b/>
          <w:sz w:val="20"/>
        </w:rPr>
        <w:t>Se ukvarjate s katero od teh praks?</w:t>
      </w:r>
      <w:r>
        <w:rPr>
          <w:i/>
          <w:color w:val="7A6F5E"/>
          <w:sz w:val="17"/>
        </w:rPr>
        <w:t xml:space="preserve">  (označite)</w:t>
      </w:r>
    </w:p>
    <w:p>
      <w:pPr>
        <w:spacing w:before="40" w:after="80"/>
      </w:pPr>
      <w:r>
        <w:rPr>
          <w:sz w:val="20"/>
        </w:rPr>
        <w:t>☐ meditacija</w:t>
      </w:r>
      <w:r>
        <w:rPr>
          <w:sz w:val="20"/>
        </w:rPr>
        <w:t xml:space="preserve">    ☐ joga</w:t>
      </w:r>
      <w:r>
        <w:rPr>
          <w:sz w:val="20"/>
        </w:rPr>
        <w:t xml:space="preserve">    ☐ molitev</w:t>
      </w:r>
      <w:r>
        <w:rPr>
          <w:sz w:val="20"/>
        </w:rPr>
        <w:t xml:space="preserve">    ☐ dihalne vaje</w:t>
      </w:r>
      <w:r>
        <w:rPr>
          <w:sz w:val="20"/>
        </w:rPr>
        <w:t xml:space="preserve">    ☐ stik z naravo</w:t>
      </w:r>
      <w:r>
        <w:rPr>
          <w:sz w:val="20"/>
        </w:rPr>
        <w:t xml:space="preserve">    ☐ nič posebnega</w:t>
      </w:r>
      <w:r>
        <w:rPr>
          <w:sz w:val="20"/>
        </w:rPr>
        <w:t xml:space="preserve">    ☐ drugo</w:t>
      </w:r>
    </w:p>
    <w:p>
      <w:pPr>
        <w:spacing w:before="140" w:after="60"/>
      </w:pPr>
      <w:r>
        <w:rPr>
          <w:b/>
          <w:sz w:val="20"/>
        </w:rPr>
        <w:t>Pretekle izkušnje z naravnim zdravljenjem ali energijskim delom</w:t>
      </w:r>
      <w:r>
        <w:rPr>
          <w:i/>
          <w:color w:val="7A6F5E"/>
          <w:sz w:val="17"/>
        </w:rPr>
        <w:t xml:space="preserve">  (reiki, bioterapija ...)</w:t>
      </w:r>
    </w:p>
    <w:p>
      <w:pPr>
        <w:pBdr>
          <w:bottom w:val="single" w:sz="6" w:space="2" w:color="cfc4ad"/>
        </w:pBdr>
        <w:spacing w:after="160" w:before="40"/>
      </w:pPr>
      <w:r>
        <w:t xml:space="preserve"> </w:t>
      </w:r>
    </w:p>
    <w:p>
      <w:pPr>
        <w:pBdr>
          <w:bottom w:val="single" w:sz="6" w:space="2" w:color="cfc4ad"/>
        </w:pBdr>
        <w:spacing w:after="160" w:before="40"/>
      </w:pPr>
      <w:r>
        <w:t xml:space="preserve"> </w:t>
      </w:r>
    </w:p>
    <w:p>
      <w:pPr>
        <w:spacing w:before="140" w:after="60"/>
      </w:pPr>
      <w:r>
        <w:rPr>
          <w:b/>
          <w:sz w:val="20"/>
        </w:rPr>
        <w:t>Kaj iščete na osebni ali duhovni ravni? Kako bi opisali svoj odnos do sebe in smisla?</w:t>
      </w:r>
    </w:p>
    <w:p>
      <w:pPr>
        <w:pBdr>
          <w:bottom w:val="single" w:sz="6" w:space="2" w:color="cfc4ad"/>
        </w:pBdr>
        <w:spacing w:after="160" w:before="40"/>
      </w:pPr>
      <w:r>
        <w:t xml:space="preserve"> </w:t>
      </w:r>
    </w:p>
    <w:p>
      <w:pPr>
        <w:pBdr>
          <w:bottom w:val="single" w:sz="6" w:space="2" w:color="cfc4ad"/>
        </w:pBdr>
        <w:spacing w:after="160" w:before="40"/>
      </w:pPr>
      <w:r>
        <w:t xml:space="preserve"> </w:t>
      </w:r>
    </w:p>
    <w:p>
      <w:pPr>
        <w:spacing w:before="140" w:after="60"/>
      </w:pPr>
      <w:r>
        <w:rPr>
          <w:b/>
          <w:sz w:val="20"/>
        </w:rPr>
        <w:t>Močne ali nenavadne notranje izkušnje, ki bi jih želeli deliti</w:t>
      </w:r>
      <w:r>
        <w:rPr>
          <w:i/>
          <w:color w:val="7A6F5E"/>
          <w:sz w:val="17"/>
        </w:rPr>
        <w:t xml:space="preserve">  (neobvezno)</w:t>
      </w:r>
    </w:p>
    <w:p>
      <w:pPr>
        <w:pBdr>
          <w:bottom w:val="single" w:sz="6" w:space="2" w:color="cfc4ad"/>
        </w:pBdr>
        <w:spacing w:after="160" w:before="40"/>
      </w:pPr>
      <w:r>
        <w:t xml:space="preserve"> </w:t>
      </w:r>
    </w:p>
    <w:p>
      <w:pPr>
        <w:pBdr>
          <w:bottom w:val="single" w:sz="6" w:space="2" w:color="cfc4ad"/>
        </w:pBdr>
        <w:spacing w:after="160" w:before="40"/>
      </w:pPr>
      <w:r>
        <w:t xml:space="preserve"> </w:t>
      </w:r>
    </w:p>
    <w:p>
      <w:pPr>
        <w:spacing w:before="140" w:after="60"/>
      </w:pPr>
      <w:r>
        <w:rPr>
          <w:b/>
          <w:sz w:val="20"/>
        </w:rPr>
        <w:t>Kako bi ocenili svoj notranji mir in povezanost s seboj?</w:t>
      </w:r>
    </w:p>
    <w:p>
      <w:pPr>
        <w:spacing w:before="40" w:after="120"/>
      </w:pPr>
      <w:r>
        <w:rPr>
          <w:i/>
          <w:color w:val="7A6F5E"/>
          <w:sz w:val="17"/>
        </w:rPr>
        <w:t xml:space="preserve">nizka   </w:t>
      </w:r>
      <w:r>
        <w:rPr>
          <w:sz w:val="21"/>
        </w:rPr>
        <w:t>1   2   3   4   5   6   7   8   9   10</w:t>
      </w:r>
      <w:r>
        <w:rPr>
          <w:i/>
          <w:color w:val="7A6F5E"/>
          <w:sz w:val="17"/>
        </w:rPr>
        <w:t xml:space="preserve">   visoka</w:t>
      </w:r>
    </w:p>
    <w:p>
      <w:pPr>
        <w:spacing w:before="240" w:after="0"/>
      </w:pPr>
      <w:r>
        <w:rPr>
          <w:b/>
          <w:color w:val="9C5C33"/>
          <w:sz w:val="16"/>
        </w:rPr>
        <w:t>I · ZA KONEC</w:t>
      </w:r>
    </w:p>
    <w:p>
      <w:pPr>
        <w:spacing w:after="80"/>
      </w:pPr>
      <w:r>
        <w:rPr>
          <w:rFonts w:ascii="Georgia" w:hAnsi="Georgia"/>
          <w:b/>
          <w:color w:val="1B4A45"/>
          <w:sz w:val="28"/>
        </w:rPr>
        <w:t>Še karkoli</w:t>
      </w:r>
    </w:p>
    <w:p>
      <w:pPr>
        <w:spacing w:before="140" w:after="60"/>
      </w:pPr>
      <w:r>
        <w:rPr>
          <w:b/>
          <w:sz w:val="20"/>
        </w:rPr>
        <w:t>Je še kaj, kar je za vas pomembno in želite, da vem pred srečanjem?</w:t>
      </w:r>
    </w:p>
    <w:p>
      <w:pPr>
        <w:pBdr>
          <w:bottom w:val="single" w:sz="6" w:space="2" w:color="cfc4ad"/>
        </w:pBdr>
        <w:spacing w:after="160" w:before="40"/>
      </w:pPr>
      <w:r>
        <w:t xml:space="preserve"> </w:t>
      </w:r>
    </w:p>
    <w:p>
      <w:pPr>
        <w:pBdr>
          <w:bottom w:val="single" w:sz="6" w:space="2" w:color="cfc4ad"/>
        </w:pBdr>
        <w:spacing w:after="160" w:before="40"/>
      </w:pPr>
      <w:r>
        <w:t xml:space="preserve"> </w:t>
      </w:r>
    </w:p>
    <w:p>
      <w:pPr>
        <w:pBdr>
          <w:bottom w:val="single" w:sz="6" w:space="2" w:color="cfc4ad"/>
        </w:pBdr>
        <w:spacing w:after="160" w:before="40"/>
      </w:pPr>
      <w:r>
        <w:t xml:space="preserve"> </w:t>
      </w:r>
    </w:p>
    <w:p>
      <w:pPr>
        <w:shd w:val="clear" w:fill="1b4a45"/>
        <w:spacing w:before="280" w:after="40"/>
      </w:pPr>
      <w:r>
        <w:rPr>
          <w:rFonts w:ascii="Georgia" w:hAnsi="Georgia"/>
          <w:b/>
          <w:color w:val="FDFAF4"/>
          <w:sz w:val="26"/>
        </w:rPr>
        <w:t>Privolitev in pomembno obvestilo</w:t>
      </w:r>
    </w:p>
    <w:p>
      <w:pPr>
        <w:shd w:val="clear" w:fill="1b4a45"/>
        <w:spacing w:after="40"/>
      </w:pPr>
      <w:r>
        <w:rPr>
          <w:b/>
          <w:color w:val="FFFFFF"/>
          <w:sz w:val="17"/>
        </w:rPr>
        <w:t xml:space="preserve">Zaupnost. </w:t>
      </w:r>
      <w:r>
        <w:rPr>
          <w:color w:val="E7EEEB"/>
          <w:sz w:val="17"/>
        </w:rPr>
        <w:t>Vaši podatki so zaupni in jih uporabljam izključno za namen vaše obravnave. Ne posredujem jih tretjim osebam brez vašega soglasja.</w:t>
      </w:r>
    </w:p>
    <w:p>
      <w:pPr>
        <w:shd w:val="clear" w:fill="1b4a45"/>
        <w:spacing w:after="40"/>
      </w:pPr>
      <w:r>
        <w:rPr>
          <w:b/>
          <w:color w:val="FFFFFF"/>
          <w:sz w:val="17"/>
        </w:rPr>
        <w:t xml:space="preserve">Narava obravnave. </w:t>
      </w:r>
      <w:r>
        <w:rPr>
          <w:color w:val="E7EEEB"/>
          <w:sz w:val="17"/>
        </w:rPr>
        <w:t>Bioterapija ter energijske in dopolnilne metode podpirajo sprostitev in dobro počutje. Ne nadomeščajo zdravniške obravnave, diagnoze ali predpisanega zdravljenja in od njega ne odvračajo. Ne postavljam zdravniških diagnoz ter zdravil ne predpisujem in ne ukinjam. Ob zdravstvenih težavah se posvetujte z zdravnikom.</w:t>
      </w:r>
    </w:p>
    <w:p>
      <w:pPr>
        <w:shd w:val="clear" w:fill="1b4a45"/>
        <w:spacing w:after="40"/>
      </w:pPr>
      <w:r>
        <w:rPr>
          <w:b/>
          <w:color w:val="FFFFFF"/>
          <w:sz w:val="17"/>
        </w:rPr>
        <w:t xml:space="preserve">Prostovoljnost. </w:t>
      </w:r>
      <w:r>
        <w:rPr>
          <w:color w:val="E7EEEB"/>
          <w:sz w:val="17"/>
        </w:rPr>
        <w:t>Na vprašanja odgovarjate prostovoljno in delite le toliko, kolikor želite.</w:t>
      </w:r>
    </w:p>
    <w:p>
      <w:pPr>
        <w:shd w:val="clear" w:fill="1b4a45"/>
        <w:spacing w:before="80" w:after="200"/>
      </w:pPr>
      <w:r>
        <w:rPr>
          <w:color w:val="E7EEEB"/>
          <w:sz w:val="17"/>
        </w:rPr>
        <w:t>S podpisom potrjujem, da so navedeni podatki po mojem najboljšem vedenju resnični in da sem seznanjen/a z zgornjim obvestilom.</w:t>
      </w:r>
    </w:p>
    <w:p>
      <w:pPr>
        <w:spacing w:before="140" w:after="60"/>
      </w:pPr>
      <w:r>
        <w:rPr>
          <w:b/>
          <w:sz w:val="20"/>
        </w:rPr>
        <w:t>Kraj in datum</w:t>
      </w:r>
    </w:p>
    <w:p>
      <w:pPr>
        <w:pBdr>
          <w:bottom w:val="single" w:sz="6" w:space="2" w:color="cfc4ad"/>
        </w:pBdr>
        <w:spacing w:after="160" w:before="40"/>
      </w:pPr>
      <w:r>
        <w:t xml:space="preserve"> </w:t>
      </w:r>
    </w:p>
    <w:p>
      <w:pPr>
        <w:spacing w:before="140" w:after="60"/>
      </w:pPr>
      <w:r>
        <w:rPr>
          <w:b/>
          <w:sz w:val="20"/>
        </w:rPr>
        <w:t>Podpis stranke</w:t>
      </w:r>
    </w:p>
    <w:p>
      <w:pPr>
        <w:pBdr>
          <w:bottom w:val="single" w:sz="6" w:space="2" w:color="cfc4ad"/>
        </w:pBdr>
        <w:spacing w:after="160" w:before="40"/>
      </w:pPr>
      <w:r>
        <w:t xml:space="preserve"> </w:t>
      </w:r>
    </w:p>
    <w:sectPr w:rsidR="00FC693F" w:rsidRPr="0006063C" w:rsidSect="00034616">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A261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